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9FF10" w14:textId="77777777" w:rsidR="00D618BD" w:rsidRDefault="009003AB" w:rsidP="00FA7A5E">
      <w:pPr>
        <w:pStyle w:val="Ttulo"/>
        <w:jc w:val="center"/>
      </w:pPr>
      <w:r>
        <w:t>CURRICULUM VITAE</w:t>
      </w:r>
    </w:p>
    <w:p w14:paraId="35BAEE91" w14:textId="57BC5D58" w:rsidR="00D618BD" w:rsidRDefault="00FA7A5E">
      <w:pPr>
        <w:pStyle w:val="Ttu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5D368" wp14:editId="179EE795">
                <wp:simplePos x="0" y="0"/>
                <wp:positionH relativeFrom="column">
                  <wp:posOffset>3897630</wp:posOffset>
                </wp:positionH>
                <wp:positionV relativeFrom="paragraph">
                  <wp:posOffset>131445</wp:posOffset>
                </wp:positionV>
                <wp:extent cx="1558290" cy="1017270"/>
                <wp:effectExtent l="57150" t="19050" r="80010" b="87630"/>
                <wp:wrapNone/>
                <wp:docPr id="106147489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101727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24697" w14:textId="5B740F1F" w:rsidR="00FA7A5E" w:rsidRPr="00FA7A5E" w:rsidRDefault="00FA7A5E" w:rsidP="00FA7A5E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FA7A5E">
                              <w:rPr>
                                <w:lang w:val="es-ES"/>
                              </w:rPr>
                              <w:t>FOTOGRAFÍA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5D368" id="Rectángulo 1" o:spid="_x0000_s1026" style="position:absolute;margin-left:306.9pt;margin-top:10.35pt;width:122.7pt;height:8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D24697" w14:textId="5B740F1F" w:rsidR="00FA7A5E" w:rsidRPr="00FA7A5E" w:rsidRDefault="00FA7A5E" w:rsidP="00FA7A5E">
                      <w:pPr>
                        <w:jc w:val="center"/>
                        <w:rPr>
                          <w:lang w:val="es-ES"/>
                        </w:rPr>
                      </w:pPr>
                      <w:r w:rsidRPr="00FA7A5E">
                        <w:rPr>
                          <w:lang w:val="es-ES"/>
                        </w:rPr>
                        <w:t>FOTOGRAFÍA</w:t>
                      </w:r>
                    </w:p>
                  </w:txbxContent>
                </v:textbox>
              </v:rect>
            </w:pict>
          </mc:Fallback>
        </mc:AlternateContent>
      </w:r>
      <w:r w:rsidR="009003AB">
        <w:t>DATOS PERSONALES</w:t>
      </w:r>
    </w:p>
    <w:p w14:paraId="5F5EFDED" w14:textId="77777777" w:rsidR="00D618BD" w:rsidRDefault="009003AB">
      <w:r>
        <w:t>Nombre completo:</w:t>
      </w:r>
      <w:r>
        <w:br/>
        <w:t>_____________________________________</w:t>
      </w:r>
    </w:p>
    <w:p w14:paraId="5A40515A" w14:textId="77777777" w:rsidR="00D618BD" w:rsidRDefault="009003AB">
      <w:r>
        <w:t>Fecha de nacimiento:</w:t>
      </w:r>
      <w:r>
        <w:br/>
        <w:t>_____________________________________</w:t>
      </w:r>
    </w:p>
    <w:p w14:paraId="707DC4E1" w14:textId="77777777" w:rsidR="00D618BD" w:rsidRDefault="009003AB">
      <w:r>
        <w:t>Número de cédula:</w:t>
      </w:r>
      <w:r>
        <w:br/>
        <w:t>_____________________________________</w:t>
      </w:r>
    </w:p>
    <w:p w14:paraId="23F6EE1E" w14:textId="77777777" w:rsidR="00D618BD" w:rsidRDefault="009003AB">
      <w:r>
        <w:t>Dirección:</w:t>
      </w:r>
      <w:r>
        <w:br/>
      </w:r>
      <w:r>
        <w:t>_____________________________________</w:t>
      </w:r>
    </w:p>
    <w:p w14:paraId="5319AA79" w14:textId="77777777" w:rsidR="00D618BD" w:rsidRDefault="009003AB">
      <w:r>
        <w:t>Teléfonos:</w:t>
      </w:r>
      <w:r>
        <w:br/>
        <w:t>_____________________________________</w:t>
      </w:r>
    </w:p>
    <w:p w14:paraId="1AADB8EE" w14:textId="77777777" w:rsidR="00D618BD" w:rsidRDefault="009003AB">
      <w:r>
        <w:t>Correo electrónico:</w:t>
      </w:r>
      <w:r>
        <w:br/>
        <w:t>_____________________________________</w:t>
      </w:r>
    </w:p>
    <w:p w14:paraId="159C3531" w14:textId="77777777" w:rsidR="00D618BD" w:rsidRDefault="009003AB">
      <w:pPr>
        <w:pStyle w:val="Ttulo1"/>
      </w:pPr>
      <w:r>
        <w:t>FORMACIÓN ACADÉMICA</w:t>
      </w:r>
    </w:p>
    <w:p w14:paraId="24B14B28" w14:textId="77777777" w:rsidR="00D618BD" w:rsidRDefault="009003AB">
      <w:r>
        <w:t>Universitaria</w:t>
      </w:r>
      <w:r>
        <w:br/>
        <w:t>Año</w:t>
      </w:r>
      <w:r>
        <w:br/>
        <w:t>Título obtenido – Institución</w:t>
      </w:r>
      <w:r>
        <w:br/>
        <w:t>_____________________________________</w:t>
      </w:r>
    </w:p>
    <w:p w14:paraId="409CF368" w14:textId="77777777" w:rsidR="00D618BD" w:rsidRDefault="009003AB">
      <w:r>
        <w:t>Educación Técnica</w:t>
      </w:r>
      <w:r>
        <w:br/>
        <w:t>Año</w:t>
      </w:r>
      <w:r>
        <w:br/>
        <w:t>Título obtenido – Institución</w:t>
      </w:r>
      <w:r>
        <w:br/>
        <w:t>_____________________________________</w:t>
      </w:r>
    </w:p>
    <w:p w14:paraId="6032A742" w14:textId="77777777" w:rsidR="00D618BD" w:rsidRDefault="009003AB">
      <w:r>
        <w:t>Educación Secundaria (Educación Diversificada)</w:t>
      </w:r>
      <w:r>
        <w:br/>
        <w:t>Año</w:t>
      </w:r>
      <w:r>
        <w:br/>
        <w:t>Título obtenido – Institución</w:t>
      </w:r>
      <w:r>
        <w:br/>
        <w:t>_____________________________________</w:t>
      </w:r>
    </w:p>
    <w:p w14:paraId="12477DF3" w14:textId="77777777" w:rsidR="00D618BD" w:rsidRDefault="009003AB">
      <w:r>
        <w:t>Educación Primaria</w:t>
      </w:r>
      <w:r>
        <w:br/>
        <w:t>Año</w:t>
      </w:r>
      <w:r>
        <w:br/>
        <w:t>Título obtenido – Institución</w:t>
      </w:r>
      <w:r>
        <w:br/>
        <w:t>_____________________________________</w:t>
      </w:r>
    </w:p>
    <w:p w14:paraId="5BB78720" w14:textId="77777777" w:rsidR="00D618BD" w:rsidRDefault="009003AB">
      <w:pPr>
        <w:pStyle w:val="Ttulo1"/>
      </w:pPr>
      <w:r>
        <w:lastRenderedPageBreak/>
        <w:t>CURSOS Y SEMINARIOS</w:t>
      </w:r>
    </w:p>
    <w:p w14:paraId="2AC7CB24" w14:textId="46643390" w:rsidR="00D618BD" w:rsidRDefault="009003AB">
      <w:r>
        <w:t>Año</w:t>
      </w:r>
      <w:r w:rsidR="00FA7A5E">
        <w:t xml:space="preserve"> </w:t>
      </w:r>
      <w:r>
        <w:br/>
        <w:t xml:space="preserve">Nombre del </w:t>
      </w:r>
      <w:proofErr w:type="spellStart"/>
      <w:r>
        <w:t>curso</w:t>
      </w:r>
      <w:proofErr w:type="spellEnd"/>
      <w:r>
        <w:t xml:space="preserve"> o seminario – Institución</w:t>
      </w:r>
      <w:r>
        <w:br/>
        <w:t>_____________________________________</w:t>
      </w:r>
    </w:p>
    <w:p w14:paraId="4DC8E8DD" w14:textId="77777777" w:rsidR="00D618BD" w:rsidRDefault="009003AB">
      <w:r>
        <w:t>Año</w:t>
      </w:r>
      <w:r>
        <w:br/>
        <w:t>Nombre del curso o seminario – Institución</w:t>
      </w:r>
      <w:r>
        <w:br/>
        <w:t>_____________________________________</w:t>
      </w:r>
    </w:p>
    <w:p w14:paraId="2F9A3663" w14:textId="77777777" w:rsidR="00D618BD" w:rsidRDefault="009003AB">
      <w:pPr>
        <w:pStyle w:val="Ttulo1"/>
      </w:pPr>
      <w:r>
        <w:t>EXPERIENCIA LABORAL</w:t>
      </w:r>
    </w:p>
    <w:p w14:paraId="4A252E1C" w14:textId="77777777" w:rsidR="00D618BD" w:rsidRDefault="009003AB">
      <w:r>
        <w:t>Año</w:t>
      </w:r>
      <w:r>
        <w:br/>
        <w:t>Puesto – Institución/Empresa – Lugar</w:t>
      </w:r>
      <w:r>
        <w:br/>
        <w:t>_____________________________________</w:t>
      </w:r>
    </w:p>
    <w:p w14:paraId="0F66C037" w14:textId="77777777" w:rsidR="00D618BD" w:rsidRDefault="009003AB">
      <w:r>
        <w:t>Año</w:t>
      </w:r>
      <w:r>
        <w:br/>
        <w:t>Puesto – Institución/Empresa – Lugar</w:t>
      </w:r>
      <w:r>
        <w:br/>
        <w:t>_____________________________________</w:t>
      </w:r>
    </w:p>
    <w:p w14:paraId="73E8C1DD" w14:textId="77777777" w:rsidR="00D618BD" w:rsidRDefault="009003AB">
      <w:pPr>
        <w:pStyle w:val="Ttulo1"/>
      </w:pPr>
      <w:r>
        <w:t>REFERENCIAS</w:t>
      </w:r>
    </w:p>
    <w:p w14:paraId="43622ADA" w14:textId="77777777" w:rsidR="00D618BD" w:rsidRDefault="009003AB">
      <w:r>
        <w:t>Nombre – Puesto – Institución/Empresa – Lugar</w:t>
      </w:r>
      <w:r>
        <w:br/>
        <w:t>Teléfono – Correo electrónico</w:t>
      </w:r>
      <w:r>
        <w:br/>
        <w:t>_____________________________________</w:t>
      </w:r>
    </w:p>
    <w:p w14:paraId="2812D8DE" w14:textId="77777777" w:rsidR="00D618BD" w:rsidRDefault="009003AB">
      <w:r>
        <w:t>Nombre – Puesto – Institución/Empresa – Lugar</w:t>
      </w:r>
      <w:r>
        <w:br/>
        <w:t>Teléfono – Correo electrónico</w:t>
      </w:r>
      <w:r>
        <w:br/>
        <w:t>_____________________________________</w:t>
      </w:r>
    </w:p>
    <w:p w14:paraId="76169729" w14:textId="77777777" w:rsidR="00D618BD" w:rsidRDefault="009003AB">
      <w:pPr>
        <w:pStyle w:val="Ttulo1"/>
      </w:pPr>
      <w:r>
        <w:t>DOCUMENTOS ADJUNTOS (REQUISITOS)</w:t>
      </w:r>
    </w:p>
    <w:p w14:paraId="5DF9D7F8" w14:textId="77777777" w:rsidR="00FA7A5E" w:rsidRDefault="00FA7A5E" w:rsidP="00FA7A5E"/>
    <w:p w14:paraId="5B3DCC7D" w14:textId="0C50CDCD" w:rsidR="00FA7A5E" w:rsidRPr="00FA7A5E" w:rsidRDefault="00FA7A5E" w:rsidP="00FA7A5E">
      <w:r w:rsidRPr="00FA7A5E">
        <w:t xml:space="preserve">Copia de la cédula de identidad vigente o, en el caso de personas menores de edad, copia de la cédula de menor. </w:t>
      </w:r>
    </w:p>
    <w:p w14:paraId="133EB41F" w14:textId="7DEFAD89" w:rsidR="00FA7A5E" w:rsidRPr="00FA7A5E" w:rsidRDefault="00FA7A5E" w:rsidP="00FA7A5E">
      <w:r w:rsidRPr="00FA7A5E">
        <w:t>Copia del título de Título de Bachiller en Educación Media, en el caso de personas egresadas.</w:t>
      </w:r>
    </w:p>
    <w:sectPr w:rsidR="00FA7A5E" w:rsidRPr="00FA7A5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8715362">
    <w:abstractNumId w:val="8"/>
  </w:num>
  <w:num w:numId="2" w16cid:durableId="439226729">
    <w:abstractNumId w:val="6"/>
  </w:num>
  <w:num w:numId="3" w16cid:durableId="61568906">
    <w:abstractNumId w:val="5"/>
  </w:num>
  <w:num w:numId="4" w16cid:durableId="994602057">
    <w:abstractNumId w:val="4"/>
  </w:num>
  <w:num w:numId="5" w16cid:durableId="519123138">
    <w:abstractNumId w:val="7"/>
  </w:num>
  <w:num w:numId="6" w16cid:durableId="1185361484">
    <w:abstractNumId w:val="3"/>
  </w:num>
  <w:num w:numId="7" w16cid:durableId="1302886389">
    <w:abstractNumId w:val="2"/>
  </w:num>
  <w:num w:numId="8" w16cid:durableId="250045525">
    <w:abstractNumId w:val="1"/>
  </w:num>
  <w:num w:numId="9" w16cid:durableId="1899896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15C3"/>
    <w:rsid w:val="00326F90"/>
    <w:rsid w:val="009003AB"/>
    <w:rsid w:val="00AA1D8D"/>
    <w:rsid w:val="00B47730"/>
    <w:rsid w:val="00CB0664"/>
    <w:rsid w:val="00D618BD"/>
    <w:rsid w:val="00FA7A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9E336"/>
  <w14:defaultImageDpi w14:val="300"/>
  <w15:docId w15:val="{852CB5CE-C2A2-4EDE-B62F-10CAEDCC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Karol Thompson</cp:lastModifiedBy>
  <cp:revision>2</cp:revision>
  <dcterms:created xsi:type="dcterms:W3CDTF">2026-04-28T20:04:00Z</dcterms:created>
  <dcterms:modified xsi:type="dcterms:W3CDTF">2026-04-28T20:04:00Z</dcterms:modified>
  <cp:category/>
</cp:coreProperties>
</file>